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8A08" w14:textId="77777777" w:rsidR="00AF3DD1" w:rsidRPr="00A82121" w:rsidRDefault="00B52088">
      <w:pPr>
        <w:pStyle w:val="Titolo1"/>
        <w:jc w:val="center"/>
        <w:rPr>
          <w:rFonts w:ascii="Arial" w:hAnsi="Arial" w:cs="Arial"/>
          <w:sz w:val="24"/>
          <w:szCs w:val="24"/>
          <w:lang w:val="it-IT"/>
        </w:rPr>
      </w:pPr>
      <w:r w:rsidRPr="00A82121">
        <w:rPr>
          <w:rFonts w:ascii="Arial" w:hAnsi="Arial" w:cs="Arial"/>
          <w:sz w:val="24"/>
          <w:szCs w:val="24"/>
          <w:lang w:val="it-IT"/>
        </w:rPr>
        <w:t>ALLEGATO A</w:t>
      </w:r>
    </w:p>
    <w:p w14:paraId="066E1666" w14:textId="77777777" w:rsidR="00AF3DD1" w:rsidRPr="00A82121" w:rsidRDefault="00B52088">
      <w:pPr>
        <w:pStyle w:val="Titolo2"/>
        <w:jc w:val="center"/>
        <w:rPr>
          <w:rFonts w:ascii="Arial" w:hAnsi="Arial" w:cs="Arial"/>
          <w:sz w:val="24"/>
          <w:szCs w:val="24"/>
          <w:lang w:val="it-IT"/>
        </w:rPr>
      </w:pPr>
      <w:r w:rsidRPr="00A82121">
        <w:rPr>
          <w:rFonts w:ascii="Arial" w:hAnsi="Arial" w:cs="Arial"/>
          <w:sz w:val="24"/>
          <w:szCs w:val="24"/>
          <w:lang w:val="it-IT"/>
        </w:rPr>
        <w:t>DOMANDA DI MANIFESTAZIONE DI DISPONIBILITÀ E DICHIARAZIONE SOSTITUTIVA</w:t>
      </w:r>
    </w:p>
    <w:p w14:paraId="644B9FEE" w14:textId="3F61A26B" w:rsidR="00A82121" w:rsidRPr="005F17C2" w:rsidRDefault="004248EB" w:rsidP="00A82121">
      <w:pPr>
        <w:pStyle w:val="Titolo1"/>
        <w:jc w:val="center"/>
        <w:rPr>
          <w:rFonts w:ascii="Arial" w:hAnsi="Arial" w:cs="Arial"/>
          <w:color w:val="auto"/>
          <w:sz w:val="20"/>
          <w:szCs w:val="20"/>
          <w:lang w:val="it-IT"/>
        </w:rPr>
      </w:pPr>
      <w:r w:rsidRPr="004248EB">
        <w:rPr>
          <w:rFonts w:ascii="Arial" w:hAnsi="Arial" w:cs="Arial"/>
          <w:color w:val="auto"/>
          <w:sz w:val="20"/>
          <w:szCs w:val="20"/>
          <w:lang w:val="it-IT"/>
        </w:rPr>
        <w:t>Ricognizione   sulle   dotazioni   di   personale   interno   al   Sistema   Regione   ai   fini dell'affidamento dei servizi di ingegnerie per l’attuazione dell’intervento di "Recupero strutturale e messa a norma della galleria Mughina- Su Nuraghe a Nuoro" - CUP C65F23000490002.</w:t>
      </w:r>
    </w:p>
    <w:p w14:paraId="56F6D55F" w14:textId="77777777" w:rsidR="00AF3DD1" w:rsidRDefault="00B52088">
      <w:pPr>
        <w:pStyle w:val="Titolo3"/>
      </w:pPr>
      <w:r>
        <w:t>1. DATI DEL DIPENDENTE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16B08F3D" w14:textId="77777777">
        <w:tc>
          <w:tcPr>
            <w:tcW w:w="4320" w:type="dxa"/>
          </w:tcPr>
          <w:p w14:paraId="56648B6E" w14:textId="77777777" w:rsidR="00AF3DD1" w:rsidRDefault="00B52088">
            <w:r>
              <w:t>Cognome e Nome</w:t>
            </w:r>
          </w:p>
        </w:tc>
        <w:tc>
          <w:tcPr>
            <w:tcW w:w="4320" w:type="dxa"/>
          </w:tcPr>
          <w:p w14:paraId="6A45E6B5" w14:textId="77777777" w:rsidR="00AF3DD1" w:rsidRDefault="00AF3DD1"/>
        </w:tc>
      </w:tr>
      <w:tr w:rsidR="00AF3DD1" w14:paraId="643E9640" w14:textId="77777777">
        <w:tc>
          <w:tcPr>
            <w:tcW w:w="4320" w:type="dxa"/>
          </w:tcPr>
          <w:p w14:paraId="0E73D6B4" w14:textId="77777777" w:rsidR="00AF3DD1" w:rsidRDefault="00B52088">
            <w:r>
              <w:t>Codice fiscale</w:t>
            </w:r>
          </w:p>
        </w:tc>
        <w:tc>
          <w:tcPr>
            <w:tcW w:w="4320" w:type="dxa"/>
          </w:tcPr>
          <w:p w14:paraId="0D006C12" w14:textId="77777777" w:rsidR="00AF3DD1" w:rsidRDefault="00AF3DD1"/>
        </w:tc>
      </w:tr>
      <w:tr w:rsidR="00AF3DD1" w14:paraId="6D7855D7" w14:textId="77777777">
        <w:tc>
          <w:tcPr>
            <w:tcW w:w="4320" w:type="dxa"/>
          </w:tcPr>
          <w:p w14:paraId="5016F96E" w14:textId="77777777" w:rsidR="00AF3DD1" w:rsidRDefault="00B52088">
            <w:r>
              <w:t>Categoria / Area</w:t>
            </w:r>
          </w:p>
        </w:tc>
        <w:tc>
          <w:tcPr>
            <w:tcW w:w="4320" w:type="dxa"/>
          </w:tcPr>
          <w:p w14:paraId="1C6BC52F" w14:textId="77777777" w:rsidR="00AF3DD1" w:rsidRDefault="00AF3DD1"/>
        </w:tc>
      </w:tr>
      <w:tr w:rsidR="00AF3DD1" w14:paraId="39F40221" w14:textId="77777777">
        <w:tc>
          <w:tcPr>
            <w:tcW w:w="4320" w:type="dxa"/>
          </w:tcPr>
          <w:p w14:paraId="3C821B08" w14:textId="77777777" w:rsidR="00AF3DD1" w:rsidRDefault="00B52088">
            <w:r>
              <w:t>Direzione Generale</w:t>
            </w:r>
          </w:p>
        </w:tc>
        <w:tc>
          <w:tcPr>
            <w:tcW w:w="4320" w:type="dxa"/>
          </w:tcPr>
          <w:p w14:paraId="6653DA8B" w14:textId="77777777" w:rsidR="00AF3DD1" w:rsidRDefault="00AF3DD1"/>
        </w:tc>
      </w:tr>
      <w:tr w:rsidR="00AF3DD1" w14:paraId="3D8718BA" w14:textId="77777777">
        <w:tc>
          <w:tcPr>
            <w:tcW w:w="4320" w:type="dxa"/>
          </w:tcPr>
          <w:p w14:paraId="61027A96" w14:textId="77777777" w:rsidR="00AF3DD1" w:rsidRDefault="00B52088">
            <w:r>
              <w:t>Servizio</w:t>
            </w:r>
          </w:p>
        </w:tc>
        <w:tc>
          <w:tcPr>
            <w:tcW w:w="4320" w:type="dxa"/>
          </w:tcPr>
          <w:p w14:paraId="3725BB16" w14:textId="77777777" w:rsidR="00AF3DD1" w:rsidRDefault="00AF3DD1"/>
        </w:tc>
      </w:tr>
      <w:tr w:rsidR="00AF3DD1" w14:paraId="6526564E" w14:textId="77777777">
        <w:tc>
          <w:tcPr>
            <w:tcW w:w="4320" w:type="dxa"/>
          </w:tcPr>
          <w:p w14:paraId="02CC7A54" w14:textId="77777777" w:rsidR="00AF3DD1" w:rsidRDefault="00B52088">
            <w:r>
              <w:t>Sede di servizio</w:t>
            </w:r>
          </w:p>
        </w:tc>
        <w:tc>
          <w:tcPr>
            <w:tcW w:w="4320" w:type="dxa"/>
          </w:tcPr>
          <w:p w14:paraId="797DAB6C" w14:textId="77777777" w:rsidR="00AF3DD1" w:rsidRDefault="00AF3DD1"/>
        </w:tc>
      </w:tr>
      <w:tr w:rsidR="00AF3DD1" w14:paraId="2A888F67" w14:textId="77777777">
        <w:tc>
          <w:tcPr>
            <w:tcW w:w="4320" w:type="dxa"/>
          </w:tcPr>
          <w:p w14:paraId="0AC9D9DD" w14:textId="77777777" w:rsidR="00AF3DD1" w:rsidRDefault="00B52088">
            <w:r>
              <w:t>Telefono</w:t>
            </w:r>
          </w:p>
        </w:tc>
        <w:tc>
          <w:tcPr>
            <w:tcW w:w="4320" w:type="dxa"/>
          </w:tcPr>
          <w:p w14:paraId="7CB7997F" w14:textId="77777777" w:rsidR="00AF3DD1" w:rsidRDefault="00AF3DD1"/>
        </w:tc>
      </w:tr>
      <w:tr w:rsidR="00AF3DD1" w14:paraId="314D6A7A" w14:textId="77777777">
        <w:tc>
          <w:tcPr>
            <w:tcW w:w="4320" w:type="dxa"/>
          </w:tcPr>
          <w:p w14:paraId="53F23C68" w14:textId="77777777" w:rsidR="00AF3DD1" w:rsidRDefault="00B52088">
            <w:r>
              <w:t>E-mail</w:t>
            </w:r>
          </w:p>
        </w:tc>
        <w:tc>
          <w:tcPr>
            <w:tcW w:w="4320" w:type="dxa"/>
          </w:tcPr>
          <w:p w14:paraId="0F044165" w14:textId="77777777" w:rsidR="00AF3DD1" w:rsidRDefault="00AF3DD1"/>
        </w:tc>
      </w:tr>
    </w:tbl>
    <w:p w14:paraId="01FA994D" w14:textId="77777777" w:rsidR="00AF3DD1" w:rsidRDefault="00B52088">
      <w:pPr>
        <w:pStyle w:val="Titolo3"/>
      </w:pPr>
      <w:r>
        <w:t>2. TITOLO DI STUDIO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0BE421FF" w14:textId="77777777">
        <w:tc>
          <w:tcPr>
            <w:tcW w:w="4320" w:type="dxa"/>
          </w:tcPr>
          <w:p w14:paraId="05D7BD53" w14:textId="77777777" w:rsidR="00AF3DD1" w:rsidRDefault="00B52088">
            <w:r>
              <w:t>Laurea</w:t>
            </w:r>
          </w:p>
        </w:tc>
        <w:tc>
          <w:tcPr>
            <w:tcW w:w="4320" w:type="dxa"/>
          </w:tcPr>
          <w:p w14:paraId="4086BBEC" w14:textId="77777777" w:rsidR="00AF3DD1" w:rsidRDefault="00AF3DD1"/>
        </w:tc>
      </w:tr>
      <w:tr w:rsidR="00AF3DD1" w14:paraId="3BFAC65E" w14:textId="77777777">
        <w:tc>
          <w:tcPr>
            <w:tcW w:w="4320" w:type="dxa"/>
          </w:tcPr>
          <w:p w14:paraId="49F8F2F3" w14:textId="77777777" w:rsidR="00AF3DD1" w:rsidRDefault="00B52088">
            <w:r>
              <w:t>Università</w:t>
            </w:r>
          </w:p>
        </w:tc>
        <w:tc>
          <w:tcPr>
            <w:tcW w:w="4320" w:type="dxa"/>
          </w:tcPr>
          <w:p w14:paraId="6E8D40C5" w14:textId="77777777" w:rsidR="00AF3DD1" w:rsidRDefault="00AF3DD1"/>
        </w:tc>
      </w:tr>
      <w:tr w:rsidR="00AF3DD1" w14:paraId="329CEBF6" w14:textId="77777777">
        <w:tc>
          <w:tcPr>
            <w:tcW w:w="4320" w:type="dxa"/>
          </w:tcPr>
          <w:p w14:paraId="1E98E748" w14:textId="77777777" w:rsidR="00AF3DD1" w:rsidRDefault="00B52088">
            <w:r>
              <w:t>Anno</w:t>
            </w:r>
          </w:p>
        </w:tc>
        <w:tc>
          <w:tcPr>
            <w:tcW w:w="4320" w:type="dxa"/>
          </w:tcPr>
          <w:p w14:paraId="6AED748B" w14:textId="77777777" w:rsidR="00AF3DD1" w:rsidRDefault="00AF3DD1"/>
        </w:tc>
      </w:tr>
      <w:tr w:rsidR="00AF3DD1" w14:paraId="12AC1685" w14:textId="77777777">
        <w:tc>
          <w:tcPr>
            <w:tcW w:w="4320" w:type="dxa"/>
          </w:tcPr>
          <w:p w14:paraId="491512C2" w14:textId="77777777" w:rsidR="00AF3DD1" w:rsidRDefault="00B52088">
            <w:r>
              <w:t>Votazione</w:t>
            </w:r>
          </w:p>
        </w:tc>
        <w:tc>
          <w:tcPr>
            <w:tcW w:w="4320" w:type="dxa"/>
          </w:tcPr>
          <w:p w14:paraId="487D86E0" w14:textId="77777777" w:rsidR="00AF3DD1" w:rsidRDefault="00AF3DD1"/>
        </w:tc>
      </w:tr>
      <w:tr w:rsidR="00AF3DD1" w14:paraId="0CD66A74" w14:textId="77777777">
        <w:tc>
          <w:tcPr>
            <w:tcW w:w="4320" w:type="dxa"/>
          </w:tcPr>
          <w:p w14:paraId="6EE8A94E" w14:textId="77777777" w:rsidR="00AF3DD1" w:rsidRDefault="00B52088">
            <w:r>
              <w:t>Ulteriori titoli</w:t>
            </w:r>
          </w:p>
        </w:tc>
        <w:tc>
          <w:tcPr>
            <w:tcW w:w="4320" w:type="dxa"/>
          </w:tcPr>
          <w:p w14:paraId="6EB40FFE" w14:textId="77777777" w:rsidR="00AF3DD1" w:rsidRDefault="00AF3DD1"/>
        </w:tc>
      </w:tr>
    </w:tbl>
    <w:p w14:paraId="18BE9C44" w14:textId="77777777" w:rsidR="00AF3DD1" w:rsidRPr="00A82121" w:rsidRDefault="00B52088">
      <w:pPr>
        <w:pStyle w:val="Titolo3"/>
        <w:rPr>
          <w:lang w:val="it-IT"/>
        </w:rPr>
      </w:pPr>
      <w:r w:rsidRPr="00A82121">
        <w:rPr>
          <w:lang w:val="it-IT"/>
        </w:rPr>
        <w:t>3. ISCRIZIONE AD ALBI (se pertinente)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640F0E41" w14:textId="77777777">
        <w:tc>
          <w:tcPr>
            <w:tcW w:w="4320" w:type="dxa"/>
          </w:tcPr>
          <w:p w14:paraId="637D920D" w14:textId="77777777" w:rsidR="00AF3DD1" w:rsidRDefault="00B52088">
            <w:r>
              <w:t>Ordine/Collegio</w:t>
            </w:r>
          </w:p>
        </w:tc>
        <w:tc>
          <w:tcPr>
            <w:tcW w:w="4320" w:type="dxa"/>
          </w:tcPr>
          <w:p w14:paraId="6358E326" w14:textId="77777777" w:rsidR="00AF3DD1" w:rsidRDefault="00AF3DD1"/>
        </w:tc>
      </w:tr>
      <w:tr w:rsidR="00AF3DD1" w14:paraId="6DBCC040" w14:textId="77777777">
        <w:tc>
          <w:tcPr>
            <w:tcW w:w="4320" w:type="dxa"/>
          </w:tcPr>
          <w:p w14:paraId="30A2D192" w14:textId="77777777" w:rsidR="00AF3DD1" w:rsidRDefault="00B52088">
            <w:r>
              <w:t>Provincia</w:t>
            </w:r>
          </w:p>
        </w:tc>
        <w:tc>
          <w:tcPr>
            <w:tcW w:w="4320" w:type="dxa"/>
          </w:tcPr>
          <w:p w14:paraId="714E8E7A" w14:textId="77777777" w:rsidR="00AF3DD1" w:rsidRDefault="00AF3DD1"/>
        </w:tc>
      </w:tr>
      <w:tr w:rsidR="00AF3DD1" w14:paraId="7302FC22" w14:textId="77777777">
        <w:tc>
          <w:tcPr>
            <w:tcW w:w="4320" w:type="dxa"/>
          </w:tcPr>
          <w:p w14:paraId="7D2840AC" w14:textId="77777777" w:rsidR="00AF3DD1" w:rsidRDefault="00B52088">
            <w:r>
              <w:t>Numero iscrizione</w:t>
            </w:r>
          </w:p>
        </w:tc>
        <w:tc>
          <w:tcPr>
            <w:tcW w:w="4320" w:type="dxa"/>
          </w:tcPr>
          <w:p w14:paraId="0C45F635" w14:textId="77777777" w:rsidR="00AF3DD1" w:rsidRDefault="00AF3DD1"/>
        </w:tc>
      </w:tr>
    </w:tbl>
    <w:p w14:paraId="548F9CFC" w14:textId="77777777" w:rsidR="00AF3DD1" w:rsidRDefault="00B52088">
      <w:pPr>
        <w:pStyle w:val="Titolo3"/>
      </w:pPr>
      <w:r>
        <w:t>4. ESPERIENZA PROFESSIONALE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8"/>
        <w:gridCol w:w="2157"/>
      </w:tblGrid>
      <w:tr w:rsidR="00AF3DD1" w14:paraId="069CDDA8" w14:textId="77777777">
        <w:tc>
          <w:tcPr>
            <w:tcW w:w="2160" w:type="dxa"/>
          </w:tcPr>
          <w:p w14:paraId="24865A79" w14:textId="77777777" w:rsidR="00AF3DD1" w:rsidRDefault="00B52088">
            <w:r>
              <w:t>Periodo</w:t>
            </w:r>
          </w:p>
        </w:tc>
        <w:tc>
          <w:tcPr>
            <w:tcW w:w="2160" w:type="dxa"/>
          </w:tcPr>
          <w:p w14:paraId="51498F26" w14:textId="77777777" w:rsidR="00AF3DD1" w:rsidRDefault="00B52088">
            <w:r>
              <w:t>Ente</w:t>
            </w:r>
          </w:p>
        </w:tc>
        <w:tc>
          <w:tcPr>
            <w:tcW w:w="2160" w:type="dxa"/>
          </w:tcPr>
          <w:p w14:paraId="0E0591AE" w14:textId="77777777" w:rsidR="00AF3DD1" w:rsidRDefault="00B52088">
            <w:r>
              <w:t>Attività svolta</w:t>
            </w:r>
          </w:p>
        </w:tc>
        <w:tc>
          <w:tcPr>
            <w:tcW w:w="2160" w:type="dxa"/>
          </w:tcPr>
          <w:p w14:paraId="06B270C5" w14:textId="77777777" w:rsidR="00AF3DD1" w:rsidRDefault="00B52088">
            <w:r>
              <w:t>Ruolo</w:t>
            </w:r>
          </w:p>
        </w:tc>
      </w:tr>
      <w:tr w:rsidR="00AF3DD1" w14:paraId="6B860E68" w14:textId="77777777">
        <w:tc>
          <w:tcPr>
            <w:tcW w:w="2160" w:type="dxa"/>
          </w:tcPr>
          <w:p w14:paraId="4AF03053" w14:textId="77777777" w:rsidR="00AF3DD1" w:rsidRDefault="00AF3DD1"/>
        </w:tc>
        <w:tc>
          <w:tcPr>
            <w:tcW w:w="2160" w:type="dxa"/>
          </w:tcPr>
          <w:p w14:paraId="7B7AC620" w14:textId="77777777" w:rsidR="00AF3DD1" w:rsidRDefault="00AF3DD1"/>
        </w:tc>
        <w:tc>
          <w:tcPr>
            <w:tcW w:w="2160" w:type="dxa"/>
          </w:tcPr>
          <w:p w14:paraId="300FC1FF" w14:textId="77777777" w:rsidR="00AF3DD1" w:rsidRDefault="00AF3DD1"/>
        </w:tc>
        <w:tc>
          <w:tcPr>
            <w:tcW w:w="2160" w:type="dxa"/>
          </w:tcPr>
          <w:p w14:paraId="67921D97" w14:textId="77777777" w:rsidR="00AF3DD1" w:rsidRDefault="00AF3DD1"/>
        </w:tc>
      </w:tr>
    </w:tbl>
    <w:p w14:paraId="10E3A2D8" w14:textId="77777777" w:rsidR="00AF3DD1" w:rsidRDefault="00B52088">
      <w:r>
        <w:t>Aggiungere righe secondo necessità.</w:t>
      </w:r>
    </w:p>
    <w:p w14:paraId="07EB0413" w14:textId="4E56862D" w:rsidR="00AF3DD1" w:rsidRDefault="00B52088">
      <w:pPr>
        <w:pStyle w:val="Titolo3"/>
        <w:rPr>
          <w:lang w:val="it-IT"/>
        </w:rPr>
      </w:pPr>
      <w:r w:rsidRPr="004248EB">
        <w:rPr>
          <w:lang w:val="it-IT"/>
        </w:rPr>
        <w:t xml:space="preserve">5. </w:t>
      </w:r>
      <w:r w:rsidR="004248EB">
        <w:rPr>
          <w:lang w:val="it-IT"/>
        </w:rPr>
        <w:t>INCARICO</w:t>
      </w:r>
      <w:r w:rsidR="004248EB" w:rsidRPr="004248EB">
        <w:rPr>
          <w:lang w:val="it-IT"/>
        </w:rPr>
        <w:t xml:space="preserve"> PER </w:t>
      </w:r>
      <w:r w:rsidR="004248EB">
        <w:rPr>
          <w:lang w:val="it-IT"/>
        </w:rPr>
        <w:t>IL</w:t>
      </w:r>
      <w:r w:rsidR="004248EB" w:rsidRPr="004248EB">
        <w:rPr>
          <w:lang w:val="it-IT"/>
        </w:rPr>
        <w:t xml:space="preserve"> QUALE S</w:t>
      </w:r>
      <w:r w:rsidR="004248EB">
        <w:rPr>
          <w:lang w:val="it-IT"/>
        </w:rPr>
        <w:t>I MANIFESTA L’INTERESSE</w:t>
      </w:r>
    </w:p>
    <w:p w14:paraId="2F5D5B81" w14:textId="73EA1C0F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-909684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Verificatore del progetto esecutivo </w:t>
      </w:r>
    </w:p>
    <w:p w14:paraId="2B8C1D43" w14:textId="127CC9F8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-1029333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Direttore dei lavori </w:t>
      </w:r>
    </w:p>
    <w:p w14:paraId="394B4C10" w14:textId="6802FAEC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-133005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Coordinatore della Sicurezza in fase di esecuzione </w:t>
      </w:r>
    </w:p>
    <w:p w14:paraId="18B1C88C" w14:textId="401ECD3E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-143018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Direttore operativo contabile</w:t>
      </w:r>
    </w:p>
    <w:p w14:paraId="77676851" w14:textId="07F779A1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-244808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Direttore operativo Geologo</w:t>
      </w:r>
    </w:p>
    <w:p w14:paraId="5519D3E0" w14:textId="1EC5F934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2013483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Direttore operativo impiantista</w:t>
      </w:r>
    </w:p>
    <w:p w14:paraId="5AE21A4E" w14:textId="548A8C0C" w:rsidR="004248EB" w:rsidRPr="004248EB" w:rsidRDefault="00000000" w:rsidP="004248EB">
      <w:pPr>
        <w:spacing w:after="120" w:line="240" w:lineRule="auto"/>
        <w:rPr>
          <w:lang w:val="it-IT"/>
        </w:rPr>
      </w:pPr>
      <w:sdt>
        <w:sdtPr>
          <w:rPr>
            <w:lang w:val="it-IT"/>
          </w:rPr>
          <w:id w:val="147503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Ispettore di cantiere </w:t>
      </w:r>
    </w:p>
    <w:p w14:paraId="2F180BB0" w14:textId="6A5F25A1" w:rsidR="004248EB" w:rsidRPr="004248EB" w:rsidRDefault="00000000" w:rsidP="004248EB">
      <w:pPr>
        <w:spacing w:after="120" w:line="240" w:lineRule="auto"/>
        <w:rPr>
          <w:rFonts w:ascii="Times New Roman" w:hAnsi="Times New Roman"/>
          <w:lang w:val="it-IT"/>
        </w:rPr>
      </w:pPr>
      <w:sdt>
        <w:sdtPr>
          <w:rPr>
            <w:lang w:val="it-IT"/>
          </w:rPr>
          <w:id w:val="-100096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48E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4248EB">
        <w:rPr>
          <w:lang w:val="it-IT"/>
        </w:rPr>
        <w:tab/>
      </w:r>
      <w:r w:rsidR="004248EB" w:rsidRPr="004248EB">
        <w:rPr>
          <w:lang w:val="it-IT"/>
        </w:rPr>
        <w:t xml:space="preserve"> Collaudatore tecnico amministrativo, statico e tecnico funzionale degli impianti</w:t>
      </w:r>
    </w:p>
    <w:p w14:paraId="0450EB3E" w14:textId="77777777" w:rsidR="004248EB" w:rsidRPr="004248EB" w:rsidRDefault="004248EB" w:rsidP="004248EB">
      <w:pPr>
        <w:rPr>
          <w:lang w:val="it-IT"/>
        </w:rPr>
      </w:pPr>
    </w:p>
    <w:p w14:paraId="5913CB76" w14:textId="77777777" w:rsidR="00AF3DD1" w:rsidRDefault="00B52088">
      <w:pPr>
        <w:pStyle w:val="Titolo3"/>
      </w:pPr>
      <w:r>
        <w:t>6. DISPONIBILITÀ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2E845807" w14:textId="77777777">
        <w:tc>
          <w:tcPr>
            <w:tcW w:w="4320" w:type="dxa"/>
          </w:tcPr>
          <w:p w14:paraId="67715770" w14:textId="77777777" w:rsidR="00AF3DD1" w:rsidRDefault="00B52088">
            <w:r>
              <w:t>Disponibilità (Immediata / Entro ___ giorni)</w:t>
            </w:r>
          </w:p>
        </w:tc>
        <w:tc>
          <w:tcPr>
            <w:tcW w:w="4320" w:type="dxa"/>
          </w:tcPr>
          <w:p w14:paraId="02346145" w14:textId="77777777" w:rsidR="00AF3DD1" w:rsidRDefault="00AF3DD1"/>
        </w:tc>
      </w:tr>
      <w:tr w:rsidR="00AF3DD1" w14:paraId="6B3F9E38" w14:textId="77777777">
        <w:tc>
          <w:tcPr>
            <w:tcW w:w="4320" w:type="dxa"/>
          </w:tcPr>
          <w:p w14:paraId="2631D4B8" w14:textId="77777777" w:rsidR="00AF3DD1" w:rsidRDefault="00B52088">
            <w:r>
              <w:t>Eventuali limitazioni</w:t>
            </w:r>
          </w:p>
        </w:tc>
        <w:tc>
          <w:tcPr>
            <w:tcW w:w="4320" w:type="dxa"/>
          </w:tcPr>
          <w:p w14:paraId="60BA6EF5" w14:textId="77777777" w:rsidR="00AF3DD1" w:rsidRDefault="00AF3DD1"/>
        </w:tc>
      </w:tr>
    </w:tbl>
    <w:p w14:paraId="02A5B5CC" w14:textId="77777777" w:rsidR="00AF3DD1" w:rsidRDefault="00B52088">
      <w:pPr>
        <w:pStyle w:val="Titolo3"/>
      </w:pPr>
      <w:r>
        <w:t>7. DICHIARAZIONI</w:t>
      </w:r>
    </w:p>
    <w:p w14:paraId="2A3BF282" w14:textId="77777777" w:rsidR="00AF3DD1" w:rsidRDefault="00B52088">
      <w:r>
        <w:t>☐ Possesso dei requisiti richiesti;</w:t>
      </w:r>
    </w:p>
    <w:p w14:paraId="58D31CD3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Veridicità del curriculum vitae allegato;</w:t>
      </w:r>
    </w:p>
    <w:p w14:paraId="3605B2F4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Assenza di cause di incompatibilità o conflitto di interessi;</w:t>
      </w:r>
    </w:p>
    <w:p w14:paraId="13AF0E7D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Presa visione dell'Avviso;</w:t>
      </w:r>
    </w:p>
    <w:p w14:paraId="3DCB8EB4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Consenso al trattamento dei dati personali.</w:t>
      </w:r>
    </w:p>
    <w:p w14:paraId="452E5932" w14:textId="77777777" w:rsidR="00AF3DD1" w:rsidRPr="00A82121" w:rsidRDefault="00B52088">
      <w:pPr>
        <w:pStyle w:val="Titolo3"/>
        <w:rPr>
          <w:lang w:val="it-IT"/>
        </w:rPr>
      </w:pPr>
      <w:r w:rsidRPr="00A82121">
        <w:rPr>
          <w:lang w:val="it-IT"/>
        </w:rPr>
        <w:t>8. DOCUMENTI ALLEGATI</w:t>
      </w:r>
    </w:p>
    <w:p w14:paraId="1E20A9C9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Curriculum vitae</w:t>
      </w:r>
    </w:p>
    <w:p w14:paraId="661E3698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Documento di identità (se necessario)</w:t>
      </w:r>
    </w:p>
    <w:p w14:paraId="3021565D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t>☐ Altro __________</w:t>
      </w:r>
    </w:p>
    <w:p w14:paraId="09FAEBE8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br/>
        <w:t>Luogo _____________   Data _____________</w:t>
      </w:r>
    </w:p>
    <w:p w14:paraId="7A38C6A5" w14:textId="77777777" w:rsidR="00AF3DD1" w:rsidRPr="00A82121" w:rsidRDefault="00B52088">
      <w:pPr>
        <w:rPr>
          <w:lang w:val="it-IT"/>
        </w:rPr>
      </w:pPr>
      <w:r w:rsidRPr="00A82121">
        <w:rPr>
          <w:lang w:val="it-IT"/>
        </w:rPr>
        <w:br/>
        <w:t>Firma del dipendente ______________________________</w:t>
      </w:r>
    </w:p>
    <w:sectPr w:rsidR="00AF3DD1" w:rsidRPr="00A821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71239EF"/>
    <w:multiLevelType w:val="hybridMultilevel"/>
    <w:tmpl w:val="8990D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7115">
    <w:abstractNumId w:val="8"/>
  </w:num>
  <w:num w:numId="2" w16cid:durableId="793598717">
    <w:abstractNumId w:val="6"/>
  </w:num>
  <w:num w:numId="3" w16cid:durableId="1058822918">
    <w:abstractNumId w:val="5"/>
  </w:num>
  <w:num w:numId="4" w16cid:durableId="202451890">
    <w:abstractNumId w:val="4"/>
  </w:num>
  <w:num w:numId="5" w16cid:durableId="419376225">
    <w:abstractNumId w:val="7"/>
  </w:num>
  <w:num w:numId="6" w16cid:durableId="1915359931">
    <w:abstractNumId w:val="3"/>
  </w:num>
  <w:num w:numId="7" w16cid:durableId="1475104121">
    <w:abstractNumId w:val="2"/>
  </w:num>
  <w:num w:numId="8" w16cid:durableId="1868131937">
    <w:abstractNumId w:val="1"/>
  </w:num>
  <w:num w:numId="9" w16cid:durableId="17238411">
    <w:abstractNumId w:val="0"/>
  </w:num>
  <w:num w:numId="10" w16cid:durableId="1511412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72B"/>
    <w:rsid w:val="0015074B"/>
    <w:rsid w:val="0029639D"/>
    <w:rsid w:val="00326F90"/>
    <w:rsid w:val="004248EB"/>
    <w:rsid w:val="00625B2F"/>
    <w:rsid w:val="00644932"/>
    <w:rsid w:val="00A82121"/>
    <w:rsid w:val="00AA1D8D"/>
    <w:rsid w:val="00AD67E2"/>
    <w:rsid w:val="00AF3DD1"/>
    <w:rsid w:val="00B47730"/>
    <w:rsid w:val="00B52088"/>
    <w:rsid w:val="00CB0664"/>
    <w:rsid w:val="00F017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81A83"/>
  <w14:defaultImageDpi w14:val="330"/>
  <w15:docId w15:val="{C5471E15-2E0E-405B-8B9D-B6314684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simonetta boi</cp:lastModifiedBy>
  <cp:revision>2</cp:revision>
  <dcterms:created xsi:type="dcterms:W3CDTF">2026-08-25T14:35:00Z</dcterms:created>
  <dcterms:modified xsi:type="dcterms:W3CDTF">2026-08-25T14:35:00Z</dcterms:modified>
  <cp:category/>
</cp:coreProperties>
</file>